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media/image1.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drawing>
          <wp:inline xmlns:a="http://schemas.openxmlformats.org/drawingml/2006/main" xmlns:pic="http://schemas.openxmlformats.org/drawingml/2006/picture">
            <wp:extent cx="6126480" cy="1679198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e_000000008d1881fd8b5d06603d4750bb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6480" cy="167919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0"/>
        <w:jc w:val="center"/>
      </w:pPr>
      <w:r>
        <w:rPr>
          <w:b/>
          <w:color w:val="38378F"/>
          <w:sz w:val="40"/>
        </w:rPr>
        <w:t>SOLICITUD DE VOLUNTARIADO</w:t>
      </w:r>
    </w:p>
    <w:p>
      <w:pPr>
        <w:spacing w:after="160"/>
        <w:jc w:val="center"/>
      </w:pPr>
      <w:r>
        <w:rPr>
          <w:i/>
          <w:color w:val="666666"/>
          <w:sz w:val="22"/>
        </w:rPr>
        <w:t>“Tu tiempo puede cambiar una vida.”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EEEFFD"/>
            <w:tcMar>
              <w:top w:w="100" w:type="dxa"/>
              <w:start w:w="130" w:type="dxa"/>
              <w:bottom w:w="100" w:type="dxa"/>
              <w:end w:w="130" w:type="dxa"/>
            </w:tcMar>
          </w:tcPr>
          <w:p>
            <w:pPr>
              <w:jc w:val="both"/>
            </w:pPr>
            <w:r>
              <w:rPr>
                <w:b/>
              </w:rPr>
              <w:t xml:space="preserve">Gracias por tu interés en formar parte de nuestra comunidad de voluntariado. </w:t>
            </w:r>
            <w:r>
              <w:t>La información de esta solicitud nos ayudará a conocerte, asignarte actividades adecuadas y proteger el bienestar y la privacidad de las personas residentes. Los campos marcados con * son indispensables.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1. DATOS PERSONALES</w:t>
            </w:r>
          </w:p>
        </w:tc>
      </w:tr>
    </w:tbl>
    <w:p>
      <w:pPr>
        <w:spacing w:after="0"/>
      </w:pPr>
    </w:p>
    <w:p>
      <w:pPr>
        <w:spacing w:after="100"/>
      </w:pPr>
      <w:r>
        <w:rPr>
          <w:b/>
        </w:rPr>
        <w:t xml:space="preserve">Nombre completo * </w:t>
      </w:r>
      <w:r>
        <w:t>______________________________________________________________________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Fecha de nacimiento *</w:t>
              <w:br/>
            </w:r>
            <w:r>
              <w:t>__________________________________</w:t>
            </w:r>
          </w:p>
        </w:tc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Edad *</w:t>
              <w:br/>
            </w:r>
            <w:r>
              <w:t>__________________________________</w:t>
            </w:r>
          </w:p>
        </w:tc>
      </w:tr>
      <w:tr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Teléfono celular *</w:t>
              <w:br/>
            </w:r>
            <w:r>
              <w:t>__________________________________</w:t>
            </w:r>
          </w:p>
        </w:tc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Correo electrónico *</w:t>
              <w:br/>
            </w:r>
            <w:r>
              <w:t>__________________________________</w:t>
            </w:r>
          </w:p>
        </w:tc>
      </w:tr>
      <w:tr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Ciudad / municipio *</w:t>
              <w:br/>
            </w:r>
            <w:r>
              <w:t>__________________________________</w:t>
            </w:r>
          </w:p>
        </w:tc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Código postal</w:t>
              <w:br/>
            </w:r>
            <w:r>
              <w:t>__________________________________</w:t>
            </w:r>
          </w:p>
        </w:tc>
      </w:tr>
    </w:tbl>
    <w:p>
      <w:pPr>
        <w:spacing w:after="80"/>
      </w:pPr>
      <w:r>
        <w:rPr>
          <w:b/>
        </w:rPr>
        <w:t xml:space="preserve">Identidad de género (opcional): </w:t>
      </w:r>
      <w:r>
        <w:t>☐ Mujer   ☐ Hombre   ☐ No binario   ☐ Prefiero no responder</w:t>
      </w:r>
    </w:p>
    <w:p>
      <w:pPr>
        <w:spacing w:after="100"/>
      </w:pPr>
      <w:r>
        <w:rPr>
          <w:b/>
        </w:rPr>
        <w:t xml:space="preserve">Ocupación, profesión u oficio </w:t>
      </w:r>
      <w:r>
        <w:t>_________________________________________________________</w:t>
      </w:r>
    </w:p>
    <w:p>
      <w:pPr>
        <w:spacing w:after="100"/>
      </w:pPr>
      <w:r>
        <w:rPr>
          <w:b/>
        </w:rPr>
        <w:t xml:space="preserve">Empresa, escuela u organización (si aplica) </w:t>
      </w:r>
      <w:r>
        <w:t>_____________________________________________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2. CONTACTO DE EMERGENCIA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Nombre completo *</w:t>
              <w:br/>
            </w:r>
            <w:r>
              <w:t>__________________________________</w:t>
            </w:r>
          </w:p>
        </w:tc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Parentesco *</w:t>
              <w:br/>
            </w:r>
            <w:r>
              <w:t>__________________________________</w:t>
            </w:r>
          </w:p>
        </w:tc>
      </w:tr>
      <w:tr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Teléfono *</w:t>
              <w:br/>
            </w:r>
            <w:r>
              <w:t>__________________________________</w:t>
            </w:r>
          </w:p>
        </w:tc>
        <w:tc>
          <w:tcPr>
            <w:tcW w:type="dxa" w:w="5256"/>
            <w:tcMar>
              <w:top w:w="70" w:type="dxa"/>
              <w:start w:w="90" w:type="dxa"/>
              <w:bottom w:w="70" w:type="dxa"/>
              <w:end w:w="90" w:type="dxa"/>
            </w:tcMar>
          </w:tcPr>
          <w:p>
            <w:r>
              <w:rPr>
                <w:b/>
              </w:rPr>
              <w:t>Teléfono alterno</w:t>
              <w:br/>
            </w:r>
            <w:r>
              <w:t>__________________________________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3. DISPONIBILIDAD Y COMPROMISO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b/>
        </w:rPr>
        <w:t xml:space="preserve">Días disponibles: </w:t>
      </w:r>
      <w:r>
        <w:t>☐ Lunes   ☐ Martes   ☐ Miércoles   ☐ Jueves   ☐ Viernes   ☐ Sábado   ☐ Domingo</w:t>
      </w:r>
    </w:p>
    <w:p>
      <w:pPr>
        <w:spacing w:after="80"/>
      </w:pPr>
      <w:r>
        <w:rPr>
          <w:b/>
        </w:rPr>
        <w:t xml:space="preserve">Horario: </w:t>
      </w:r>
      <w:r>
        <w:t>☐ Mañana   ☐ Tarde   ☐ Horario flexible</w:t>
      </w:r>
    </w:p>
    <w:p>
      <w:pPr>
        <w:spacing w:after="100"/>
      </w:pPr>
      <w:r>
        <w:rPr>
          <w:b/>
        </w:rPr>
        <w:t xml:space="preserve">Horas aproximadas que puedes ofrecer por semana </w:t>
      </w:r>
      <w:r>
        <w:t>____________________________________________</w:t>
      </w:r>
    </w:p>
    <w:p>
      <w:pPr>
        <w:spacing w:after="80"/>
      </w:pPr>
      <w:r>
        <w:rPr>
          <w:b/>
        </w:rPr>
        <w:t xml:space="preserve">Duración prevista: </w:t>
      </w:r>
      <w:r>
        <w:t>☐ Actividad única   ☐ 1 a 3 meses   ☐ 3 a 6 meses   ☐ Más de 6 meses</w:t>
      </w:r>
    </w:p>
    <w:p>
      <w:pPr>
        <w:spacing w:after="100"/>
      </w:pPr>
      <w:r>
        <w:rPr>
          <w:b/>
        </w:rPr>
        <w:t xml:space="preserve">Fecha aproximada para iniciar </w:t>
      </w:r>
      <w:r>
        <w:t>______________________________________________________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4. ÁREAS DE INTERÉS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Convivencia y acompañamiento</w:t>
            </w:r>
          </w:p>
        </w:tc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Apoyo administrativo</w:t>
            </w:r>
          </w:p>
        </w:tc>
      </w:tr>
      <w:tr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Lectura y juegos de mesa</w:t>
            </w:r>
          </w:p>
        </w:tc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Comunicación y redes sociales</w:t>
            </w:r>
          </w:p>
        </w:tc>
      </w:tr>
      <w:tr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Música, canto o baile</w:t>
            </w:r>
          </w:p>
        </w:tc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Fotografía o video</w:t>
            </w:r>
          </w:p>
        </w:tc>
      </w:tr>
      <w:tr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Manualidades y talleres</w:t>
            </w:r>
          </w:p>
        </w:tc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Recaudación de fondos</w:t>
            </w:r>
          </w:p>
        </w:tc>
      </w:tr>
      <w:tr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Activación física y recreación</w:t>
            </w:r>
          </w:p>
        </w:tc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Mantenimiento</w:t>
            </w:r>
          </w:p>
        </w:tc>
      </w:tr>
      <w:tr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Eventos y celebraciones</w:t>
            </w:r>
          </w:p>
        </w:tc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Servicio social / prácticas</w:t>
            </w:r>
          </w:p>
        </w:tc>
      </w:tr>
      <w:tr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Jardinería</w:t>
            </w:r>
          </w:p>
        </w:tc>
        <w:tc>
          <w:tcPr>
            <w:tcW w:type="dxa" w:w="5256"/>
            <w:tcMar>
              <w:top w:w="35" w:type="dxa"/>
              <w:start w:w="90" w:type="dxa"/>
              <w:bottom w:w="35" w:type="dxa"/>
              <w:end w:w="90" w:type="dxa"/>
            </w:tcMar>
          </w:tcPr>
          <w:p>
            <w:r>
              <w:t>☐ Voluntariado corporativo</w:t>
            </w:r>
          </w:p>
        </w:tc>
      </w:tr>
    </w:tbl>
    <w:p>
      <w:pPr>
        <w:spacing w:after="100"/>
      </w:pPr>
      <w:r>
        <w:rPr>
          <w:b/>
        </w:rPr>
        <w:t xml:space="preserve">Otra área o propuesta </w:t>
      </w:r>
      <w:r>
        <w:t>______________________________________________________________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5. EXPERIENCIA, HABILIDADES Y MOTIVACIÓN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b/>
        </w:rPr>
        <w:t xml:space="preserve">¿Has participado anteriormente como voluntario(a)? * </w:t>
      </w:r>
      <w:r>
        <w:t>☐ Sí   ☐ No</w:t>
      </w:r>
    </w:p>
    <w:p>
      <w:pPr>
        <w:spacing w:after="100"/>
      </w:pPr>
      <w:r>
        <w:rPr>
          <w:b/>
        </w:rPr>
        <w:t xml:space="preserve">Organización y actividad realizada </w:t>
      </w:r>
      <w:r>
        <w:t>_____________________________________________________</w:t>
      </w:r>
    </w:p>
    <w:p>
      <w:pPr>
        <w:spacing w:after="100"/>
      </w:pPr>
      <w:r>
        <w:rPr>
          <w:b/>
        </w:rPr>
        <w:t xml:space="preserve">Habilidades, conocimientos o talentos que deseas compartir </w:t>
      </w:r>
      <w:r>
        <w:t>_____________________________________</w:t>
      </w:r>
    </w:p>
    <w:p>
      <w:r>
        <w:rPr>
          <w:b/>
        </w:rPr>
        <w:t>¿Por qué deseas colaborar con el Ropero del Pobre? *</w:t>
      </w:r>
    </w:p>
    <w:p>
      <w:pPr>
        <w:spacing w:after="60"/>
      </w:pPr>
      <w:r>
        <w:t>_________________________________________________________________________________________________________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_________________________________________________________________________________________________________</w:t>
      </w:r>
    </w:p>
    <w:p>
      <w:pPr>
        <w:spacing w:after="60"/>
      </w:pPr>
      <w:r>
        <w:t>_________________________________________________________________________________________________________</w:t>
      </w:r>
    </w:p>
    <w:p>
      <w:r>
        <w:br w:type="page"/>
      </w:r>
    </w:p>
    <w:p>
      <w:pPr>
        <w:spacing w:after="120"/>
        <w:jc w:val="center"/>
      </w:pPr>
      <w:r>
        <w:drawing>
          <wp:inline xmlns:a="http://schemas.openxmlformats.org/drawingml/2006/main" xmlns:pic="http://schemas.openxmlformats.org/drawingml/2006/picture">
            <wp:extent cx="5120640" cy="1403509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le_000000008d1881fd8b5d06603d4750bb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20640" cy="1403509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6. INFORMACIÓN PARA UNA ASIGNACIÓN SEGURA</w:t>
            </w:r>
          </w:p>
        </w:tc>
      </w:tr>
    </w:tbl>
    <w:p>
      <w:pPr>
        <w:spacing w:after="0"/>
      </w:pPr>
    </w:p>
    <w:p>
      <w:r>
        <w:t>Estas preguntas se utilizan únicamente para asignar actividades apropiadas y proteger a las personas residentes y a quien participa como voluntario(a).</w:t>
      </w:r>
    </w:p>
    <w:p>
      <w:pPr>
        <w:spacing w:after="80"/>
      </w:pPr>
      <w:r>
        <w:rPr>
          <w:b/>
        </w:rPr>
        <w:t xml:space="preserve">¿Tienes experiencia de convivencia o trabajo con personas adultas mayores? </w:t>
      </w:r>
      <w:r>
        <w:t>☐ Sí   ☐ No</w:t>
      </w:r>
    </w:p>
    <w:p>
      <w:pPr>
        <w:spacing w:after="100"/>
      </w:pPr>
      <w:r>
        <w:rPr>
          <w:b/>
        </w:rPr>
        <w:t xml:space="preserve">Describe brevemente </w:t>
      </w:r>
      <w:r>
        <w:t>___________________________________________________________________</w:t>
      </w:r>
    </w:p>
    <w:p>
      <w:pPr>
        <w:spacing w:after="80"/>
      </w:pPr>
      <w:r>
        <w:rPr>
          <w:b/>
        </w:rPr>
        <w:t xml:space="preserve">¿Requieres algún ajuste razonable para participar de manera segura? </w:t>
      </w:r>
      <w:r>
        <w:t>☐ Sí   ☐ No</w:t>
      </w:r>
    </w:p>
    <w:p>
      <w:pPr>
        <w:spacing w:after="100"/>
      </w:pPr>
      <w:r>
        <w:rPr>
          <w:b/>
        </w:rPr>
        <w:t xml:space="preserve">Indica cuál (sin incluir diagnósticos que no desees compartir) </w:t>
      </w:r>
      <w:r>
        <w:t>_______________________________________</w:t>
      </w:r>
    </w:p>
    <w:p>
      <w:pPr>
        <w:spacing w:after="80"/>
      </w:pPr>
      <w:r>
        <w:rPr>
          <w:b/>
        </w:rPr>
        <w:t xml:space="preserve">¿Tienes alergias o restricciones relevantes para la actividad? </w:t>
      </w:r>
      <w:r>
        <w:t>☐ Sí   ☐ No</w:t>
      </w:r>
    </w:p>
    <w:p>
      <w:pPr>
        <w:spacing w:after="100"/>
      </w:pPr>
      <w:r>
        <w:rPr>
          <w:b/>
        </w:rPr>
        <w:t xml:space="preserve">Indica cuál </w:t>
      </w:r>
      <w:r>
        <w:t>________________________________________________________________________</w:t>
      </w:r>
    </w:p>
    <w:p>
      <w:pPr>
        <w:spacing w:after="80"/>
      </w:pPr>
      <w:r>
        <w:rPr>
          <w:b/>
        </w:rPr>
        <w:t xml:space="preserve">¿Cuentas con capacitación vigente en primeros auxilios? </w:t>
      </w:r>
      <w:r>
        <w:t>☐ Sí   ☐ No</w:t>
      </w:r>
    </w:p>
    <w:p>
      <w:pPr>
        <w:spacing w:after="80"/>
      </w:pPr>
      <w:r>
        <w:rPr>
          <w:b/>
        </w:rPr>
        <w:t xml:space="preserve">¿Estás dispuesto(a) a recibir inducción y capacitación institucional? * </w:t>
      </w:r>
      <w:r>
        <w:t>☐ Sí   ☐ No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7. REFERENCIAS</w:t>
            </w:r>
          </w:p>
        </w:tc>
      </w:tr>
    </w:tbl>
    <w:p>
      <w:pPr>
        <w:spacing w:after="0"/>
      </w:pPr>
    </w:p>
    <w:p>
      <w:r>
        <w:t>Proporciona dos personas que puedan dar una referencia personal o profesional. No incluyas familiares directos cuando sea posible.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rPr>
          <w:tblHeader w:val="true"/>
        </w:trPr>
        <w:tc>
          <w:tcPr>
            <w:tcW w:type="dxa" w:w="1440"/>
            <w:shd w:fill="EEEFFD"/>
            <w:vAlign w:val="center"/>
          </w:tcPr>
          <w:p>
            <w:pPr>
              <w:jc w:val="center"/>
            </w:pPr>
            <w:r>
              <w:rPr>
                <w:b/>
                <w:color w:val="38378F"/>
              </w:rPr>
              <w:t>Referencia</w:t>
            </w:r>
          </w:p>
        </w:tc>
        <w:tc>
          <w:tcPr>
            <w:tcW w:type="dxa" w:w="4680"/>
            <w:shd w:fill="EEEFFD"/>
            <w:vAlign w:val="center"/>
          </w:tcPr>
          <w:p>
            <w:pPr>
              <w:jc w:val="center"/>
            </w:pPr>
            <w:r>
              <w:rPr>
                <w:b/>
                <w:color w:val="38378F"/>
              </w:rPr>
              <w:t>Nombre completo</w:t>
            </w:r>
          </w:p>
        </w:tc>
        <w:tc>
          <w:tcPr>
            <w:tcW w:type="dxa" w:w="4680"/>
            <w:shd w:fill="EEEFFD"/>
            <w:vAlign w:val="center"/>
          </w:tcPr>
          <w:p>
            <w:pPr>
              <w:jc w:val="center"/>
            </w:pPr>
            <w:r>
              <w:rPr>
                <w:b/>
                <w:color w:val="38378F"/>
              </w:rPr>
              <w:t>Teléfono / correo</w:t>
            </w:r>
          </w:p>
        </w:tc>
      </w:tr>
      <w:tr>
        <w:tc>
          <w:tcPr>
            <w:tcW w:type="dxa" w:w="144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1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________________________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________________________</w:t>
            </w:r>
          </w:p>
        </w:tc>
      </w:tr>
      <w:tr>
        <w:tc>
          <w:tcPr>
            <w:tcW w:type="dxa" w:w="144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Relación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________________________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Tiempo de conocerle: ______</w:t>
            </w:r>
          </w:p>
        </w:tc>
      </w:tr>
      <w:tr>
        <w:tc>
          <w:tcPr>
            <w:tcW w:type="dxa" w:w="144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2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________________________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________________________</w:t>
            </w:r>
          </w:p>
        </w:tc>
      </w:tr>
      <w:tr>
        <w:tc>
          <w:tcPr>
            <w:tcW w:type="dxa" w:w="144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Relación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________________________</w:t>
            </w:r>
          </w:p>
        </w:tc>
        <w:tc>
          <w:tcPr>
            <w:tcW w:type="dxa" w:w="4680"/>
            <w:tcMar>
              <w:top w:w="90" w:type="dxa"/>
              <w:start w:w="90" w:type="dxa"/>
              <w:bottom w:w="90" w:type="dxa"/>
              <w:end w:w="90" w:type="dxa"/>
            </w:tcMar>
          </w:tcPr>
          <w:p>
            <w:r>
              <w:t>Tiempo de conocerle: ______</w:t>
            </w:r>
          </w:p>
        </w:tc>
      </w:tr>
    </w:tbl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8. PROTECCIÓN, CONDUCTA Y CONFIDENCIALIDAD</w:t>
            </w:r>
          </w:p>
        </w:tc>
      </w:tr>
    </w:tbl>
    <w:p>
      <w:pPr>
        <w:spacing w:after="0"/>
      </w:pPr>
    </w:p>
    <w:p>
      <w:r>
        <w:t>Para continuar con el proceso, marca cada declaración:</w:t>
      </w:r>
    </w:p>
    <w:p>
      <w:pPr>
        <w:spacing w:after="100"/>
        <w:ind w:left="173"/>
      </w:pPr>
      <w:r>
        <w:t>☐ Comprendo que el voluntariado no crea una relación laboral ni implica remuneración.</w:t>
      </w:r>
    </w:p>
    <w:p>
      <w:pPr>
        <w:spacing w:after="100"/>
        <w:ind w:left="173"/>
      </w:pPr>
      <w:r>
        <w:t>☐ Me comprometo a tratar con respeto y dignidad a residentes, familias, personal y demás voluntarios.</w:t>
      </w:r>
    </w:p>
    <w:p>
      <w:pPr>
        <w:spacing w:after="100"/>
        <w:ind w:left="173"/>
      </w:pPr>
      <w:r>
        <w:t>☐ Mantendré estricta confidencialidad sobre datos personales, historias, fotografías y condiciones de las personas residentes.</w:t>
      </w:r>
    </w:p>
    <w:p>
      <w:pPr>
        <w:spacing w:after="100"/>
        <w:ind w:left="173"/>
      </w:pPr>
      <w:r>
        <w:t>☐ No tomaré ni publicaré fotografías, videos o testimonios sin autorización institucional expresa.</w:t>
      </w:r>
    </w:p>
    <w:p>
      <w:pPr>
        <w:spacing w:after="100"/>
        <w:ind w:left="173"/>
      </w:pPr>
      <w:r>
        <w:t>☐ Cumpliré el reglamento, protocolos de seguridad, horarios y lineamientos de la institución.</w:t>
      </w:r>
    </w:p>
    <w:p>
      <w:pPr>
        <w:spacing w:after="100"/>
        <w:ind w:left="173"/>
      </w:pPr>
      <w:r>
        <w:t>☐ Informaré de inmediato cualquier situación de riesgo, maltrato, abuso, accidente o conflicto de interés.</w:t>
      </w:r>
    </w:p>
    <w:p>
      <w:pPr>
        <w:spacing w:after="100"/>
        <w:ind w:left="173"/>
      </w:pPr>
      <w:r>
        <w:t>☐ Autorizo la verificación de referencias y, cuando la naturaleza de la actividad lo requiera, la solicitud de documentos o evaluaciones adicionales.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9. AVISO DE PRIVACIDAD Y CONSENTIMIENTO</w:t>
            </w:r>
          </w:p>
        </w:tc>
      </w:tr>
    </w:tbl>
    <w:p>
      <w:pPr>
        <w:spacing w:after="0"/>
      </w:pPr>
    </w:p>
    <w:p>
      <w:pPr>
        <w:jc w:val="both"/>
      </w:pPr>
      <w:r>
        <w:rPr>
          <w:b/>
        </w:rPr>
        <w:t xml:space="preserve">Los datos personales proporcionados serán utilizados para evaluar, organizar y dar seguimiento a tu participación en el programa de voluntariado; atender emergencias; realizar procesos de seguridad y capacitación; y mantener registros institucionales. </w:t>
      </w:r>
      <w:r>
        <w:t>La institución deberá poner a disposición el Aviso de Privacidad integral vigente, con los medios para ejercer derechos de acceso, rectificación, cancelación y oposición. No entregues documentos originales. La identificación y comprobantes se solicitarán solo después de la preselección y cuando sean necesarios para la actividad.</w:t>
      </w:r>
    </w:p>
    <w:p>
      <w:pPr>
        <w:spacing w:after="80"/>
      </w:pPr>
      <w:r>
        <w:rPr>
          <w:b/>
        </w:rPr>
        <w:t xml:space="preserve">He leído esta sección y autorizo el tratamiento de mis datos para las finalidades indicadas. * </w:t>
      </w:r>
      <w:r>
        <w:t>☐ Acepto</w:t>
      </w:r>
    </w:p>
    <w:p>
      <w:pPr>
        <w:spacing w:after="80"/>
      </w:pPr>
      <w:r>
        <w:rPr>
          <w:b/>
        </w:rPr>
        <w:t xml:space="preserve">Deseo recibir información sobre actividades y convocatorias futuras: </w:t>
      </w:r>
      <w:r>
        <w:t>☐ Sí autorizo   ☐ No autorizo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38378F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2"/>
              </w:rPr>
              <w:t>10. DECLARACIÓN Y FIRMA</w:t>
            </w:r>
          </w:p>
        </w:tc>
      </w:tr>
    </w:tbl>
    <w:p>
      <w:pPr>
        <w:spacing w:after="0"/>
      </w:pPr>
    </w:p>
    <w:p>
      <w:pPr>
        <w:jc w:val="both"/>
      </w:pPr>
      <w:r>
        <w:t>Declaro que la información proporcionada es verdadera y completa. Comprendo que la aceptación de esta solicitud no garantiza una asignación inmediata y que la institución podrá determinar la actividad más adecuada de acuerdo con sus necesidades, protocolos y disponibilidad.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256"/>
            <w:tcMar>
              <w:top w:w="220" w:type="dxa"/>
              <w:start w:w="90" w:type="dxa"/>
              <w:bottom w:w="35" w:type="dxa"/>
              <w:end w:w="90" w:type="dxa"/>
            </w:tcMar>
          </w:tcPr>
          <w:p>
            <w:r>
              <w:rPr>
                <w:b w:val="0"/>
              </w:rPr>
              <w:t>____________________________________</w:t>
              <w:br/>
            </w:r>
            <w:r>
              <w:rPr>
                <w:b/>
              </w:rPr>
              <w:t>Nombre y firma de la persona solicitante</w:t>
            </w:r>
          </w:p>
        </w:tc>
        <w:tc>
          <w:tcPr>
            <w:tcW w:type="dxa" w:w="5256"/>
            <w:tcMar>
              <w:top w:w="220" w:type="dxa"/>
              <w:start w:w="90" w:type="dxa"/>
              <w:bottom w:w="35" w:type="dxa"/>
              <w:end w:w="90" w:type="dxa"/>
            </w:tcMar>
          </w:tcPr>
          <w:p>
            <w:r>
              <w:rPr>
                <w:b w:val="0"/>
              </w:rPr>
              <w:t>____________________________________</w:t>
              <w:br/>
            </w:r>
            <w:r>
              <w:rPr>
                <w:b/>
              </w:rPr>
              <w:t>Fecha</w:t>
            </w:r>
          </w:p>
        </w:tc>
      </w:tr>
      <w:tr>
        <w:tc>
          <w:tcPr>
            <w:tcW w:type="dxa" w:w="5256"/>
            <w:tcMar>
              <w:top w:w="220" w:type="dxa"/>
              <w:start w:w="90" w:type="dxa"/>
              <w:bottom w:w="35" w:type="dxa"/>
              <w:end w:w="90" w:type="dxa"/>
            </w:tcMar>
          </w:tcPr>
          <w:p>
            <w:r>
              <w:t>____________________________________</w:t>
              <w:br/>
            </w:r>
            <w:r>
              <w:rPr>
                <w:b/>
              </w:rPr>
              <w:t>Recibió (uso interno)</w:t>
            </w:r>
          </w:p>
        </w:tc>
        <w:tc>
          <w:tcPr>
            <w:tcW w:type="dxa" w:w="5256"/>
            <w:tcMar>
              <w:top w:w="220" w:type="dxa"/>
              <w:start w:w="90" w:type="dxa"/>
              <w:bottom w:w="35" w:type="dxa"/>
              <w:end w:w="90" w:type="dxa"/>
            </w:tcMar>
          </w:tcPr>
          <w:p>
            <w:r>
              <w:t>____________________________________</w:t>
              <w:br/>
            </w:r>
            <w:r>
              <w:rPr>
                <w:b/>
              </w:rPr>
              <w:t>Fecha y folio</w:t>
            </w:r>
          </w:p>
        </w:tc>
      </w:tr>
    </w:tbl>
    <w:p>
      <w:pPr>
        <w:spacing w:before="16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5F5F5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b/>
                <w:color w:val="38378F"/>
              </w:rPr>
              <w:t xml:space="preserve">USO INTERNO: </w:t>
            </w:r>
            <w:r>
              <w:t>☐ Entrevista  ☐ Referencias verificadas  ☐ Inducción  ☐ Documentación  ☐ Aceptado(a)  ☐ Lista de espera  ☐ No seleccionado(a)</w:t>
            </w:r>
          </w:p>
        </w:tc>
      </w:tr>
    </w:tbl>
    <w:sectPr w:rsidR="00FC693F" w:rsidRPr="0006063C" w:rsidSect="00034616">
      <w:footerReference w:type="default" r:id="rId10"/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>Asistencia y Ropero del Pobre, A.C. | Solicitud de Voluntariado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/>
    </w:pPr>
    <w:rPr>
      <w:rFonts w:ascii="Aptos" w:hAnsi="Aptos"/>
      <w:color w:val="222222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Solicitud de Voluntariado - Asistencia y Ropero del Pobre, A.C.</dc:title>
  <dc:subject>Formato de solicitud para personas voluntarias</dc:subject>
  <dc:creator>Asistencia y Ropero del Pobre, A.C.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